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7B0BF" w14:textId="77777777" w:rsidR="00B3042D" w:rsidRDefault="00000000">
      <w:pPr>
        <w:pStyle w:val="Title"/>
        <w:jc w:val="center"/>
      </w:pPr>
      <w:r>
        <w:rPr>
          <w:rFonts w:ascii="Aptos" w:hAnsi="Aptos"/>
        </w:rPr>
        <w:t>My Eulogy</w:t>
      </w:r>
    </w:p>
    <w:p w14:paraId="6D2442C9" w14:textId="30913552" w:rsidR="00B3042D" w:rsidRPr="007B65DC" w:rsidRDefault="00000000">
      <w:pPr>
        <w:spacing w:after="160"/>
        <w:jc w:val="center"/>
        <w:rPr>
          <w:color w:val="auto"/>
        </w:rPr>
      </w:pPr>
      <w:r w:rsidRPr="007B65DC">
        <w:rPr>
          <w:i/>
          <w:color w:val="auto"/>
          <w:sz w:val="22"/>
        </w:rPr>
        <w:t>A guided reflection o</w:t>
      </w:r>
      <w:r w:rsidR="007B65DC" w:rsidRPr="007B65DC">
        <w:rPr>
          <w:i/>
          <w:color w:val="auto"/>
          <w:sz w:val="22"/>
        </w:rPr>
        <w:t>f</w:t>
      </w:r>
      <w:r w:rsidRPr="007B65DC">
        <w:rPr>
          <w:i/>
          <w:color w:val="auto"/>
          <w:sz w:val="22"/>
        </w:rPr>
        <w:t xml:space="preserve"> how I</w:t>
      </w:r>
      <w:r w:rsidR="007B65DC" w:rsidRPr="007B65DC">
        <w:rPr>
          <w:i/>
          <w:color w:val="auto"/>
          <w:sz w:val="22"/>
        </w:rPr>
        <w:t>’ve</w:t>
      </w:r>
      <w:r w:rsidRPr="007B65DC">
        <w:rPr>
          <w:i/>
          <w:color w:val="auto"/>
          <w:sz w:val="22"/>
        </w:rPr>
        <w:t xml:space="preserve"> live</w:t>
      </w:r>
      <w:r w:rsidR="007B65DC" w:rsidRPr="007B65DC">
        <w:rPr>
          <w:i/>
          <w:color w:val="auto"/>
          <w:sz w:val="22"/>
        </w:rPr>
        <w:t>d</w:t>
      </w:r>
      <w:r w:rsidRPr="007B65DC">
        <w:rPr>
          <w:i/>
          <w:color w:val="auto"/>
          <w:sz w:val="22"/>
        </w:rPr>
        <w:t xml:space="preserve"> and how </w:t>
      </w:r>
      <w:r w:rsidR="007B65DC" w:rsidRPr="007B65DC">
        <w:rPr>
          <w:i/>
          <w:color w:val="auto"/>
          <w:sz w:val="22"/>
        </w:rPr>
        <w:t>I</w:t>
      </w:r>
      <w:r w:rsidRPr="007B65DC">
        <w:rPr>
          <w:i/>
          <w:color w:val="auto"/>
          <w:sz w:val="22"/>
        </w:rPr>
        <w:t xml:space="preserve"> want to be remembered</w:t>
      </w:r>
    </w:p>
    <w:tbl>
      <w:tblPr>
        <w:tblW w:w="0" w:type="auto"/>
        <w:tblLook w:val="04A0" w:firstRow="1" w:lastRow="0" w:firstColumn="1" w:lastColumn="0" w:noHBand="0" w:noVBand="1"/>
      </w:tblPr>
      <w:tblGrid>
        <w:gridCol w:w="9994"/>
      </w:tblGrid>
      <w:tr w:rsidR="00B3042D" w14:paraId="1246CB95" w14:textId="77777777">
        <w:tc>
          <w:tcPr>
            <w:tcW w:w="9994" w:type="dxa"/>
            <w:shd w:val="clear" w:color="auto" w:fill="111920"/>
            <w:tcMar>
              <w:top w:w="150" w:type="dxa"/>
              <w:left w:w="180" w:type="dxa"/>
              <w:bottom w:w="150" w:type="dxa"/>
              <w:right w:w="180" w:type="dxa"/>
            </w:tcMar>
          </w:tcPr>
          <w:p w14:paraId="23230A17" w14:textId="77777777" w:rsidR="00B3042D" w:rsidRDefault="00000000">
            <w:pPr>
              <w:jc w:val="center"/>
            </w:pPr>
            <w:r>
              <w:rPr>
                <w:b/>
                <w:color w:val="FFFFFF"/>
                <w:sz w:val="24"/>
              </w:rPr>
              <w:t>If today were my last day on earth, how would I be remembered by my family and friends?</w:t>
            </w:r>
          </w:p>
        </w:tc>
      </w:tr>
    </w:tbl>
    <w:p w14:paraId="40FCC196" w14:textId="13EE678D" w:rsidR="00B3042D" w:rsidRDefault="00000000">
      <w:pPr>
        <w:spacing w:before="160"/>
      </w:pPr>
      <w:r>
        <w:rPr>
          <w:b/>
          <w:color w:val="E3272D"/>
        </w:rPr>
        <w:t>Purpose</w:t>
      </w:r>
      <w:r w:rsidR="007B65DC">
        <w:rPr>
          <w:b/>
          <w:color w:val="E3272D"/>
        </w:rPr>
        <w:t>:</w:t>
      </w:r>
      <w:r>
        <w:rPr>
          <w:b/>
          <w:color w:val="E3272D"/>
        </w:rPr>
        <w:t xml:space="preserve"> </w:t>
      </w:r>
      <w:r w:rsidRPr="007B65DC">
        <w:rPr>
          <w:color w:val="auto"/>
          <w:sz w:val="18"/>
          <w:szCs w:val="18"/>
        </w:rPr>
        <w:t>This exercise is not about predicting death. It is about examining life. Your answer can reveal the values you are living now, the relationships that need attention, and the legacy you still have time to build.</w:t>
      </w:r>
    </w:p>
    <w:tbl>
      <w:tblPr>
        <w:tblW w:w="0" w:type="auto"/>
        <w:tblLayout w:type="fixed"/>
        <w:tblLook w:val="04A0" w:firstRow="1" w:lastRow="0" w:firstColumn="1" w:lastColumn="0" w:noHBand="0" w:noVBand="1"/>
      </w:tblPr>
      <w:tblGrid>
        <w:gridCol w:w="605"/>
        <w:gridCol w:w="8755"/>
      </w:tblGrid>
      <w:tr w:rsidR="00B3042D" w14:paraId="2F0E370B" w14:textId="77777777">
        <w:tc>
          <w:tcPr>
            <w:tcW w:w="605" w:type="dxa"/>
            <w:tcBorders>
              <w:top w:val="single" w:sz="6" w:space="0" w:color="D9DEE1"/>
              <w:left w:val="single" w:sz="6" w:space="0" w:color="D9DEE1"/>
              <w:bottom w:val="single" w:sz="6" w:space="0" w:color="D9DEE1"/>
              <w:right w:val="single" w:sz="6" w:space="0" w:color="D9DEE1"/>
            </w:tcBorders>
            <w:shd w:val="clear" w:color="auto" w:fill="2C7169"/>
            <w:tcMar>
              <w:top w:w="90" w:type="dxa"/>
              <w:left w:w="120" w:type="dxa"/>
              <w:bottom w:w="90" w:type="dxa"/>
              <w:right w:w="120" w:type="dxa"/>
            </w:tcMar>
            <w:vAlign w:val="center"/>
          </w:tcPr>
          <w:p w14:paraId="3B9B62A5" w14:textId="77777777" w:rsidR="00B3042D" w:rsidRDefault="00000000">
            <w:pPr>
              <w:jc w:val="center"/>
            </w:pPr>
            <w:r>
              <w:rPr>
                <w:b/>
                <w:color w:val="FFFFFF"/>
                <w:sz w:val="24"/>
              </w:rPr>
              <w:t>1</w:t>
            </w:r>
          </w:p>
        </w:tc>
        <w:tc>
          <w:tcPr>
            <w:tcW w:w="8755" w:type="dxa"/>
            <w:tcBorders>
              <w:top w:val="single" w:sz="6" w:space="0" w:color="D9DEE1"/>
              <w:left w:val="single" w:sz="6" w:space="0" w:color="D9DEE1"/>
              <w:bottom w:val="single" w:sz="6" w:space="0" w:color="D9DEE1"/>
              <w:right w:val="single" w:sz="6" w:space="0" w:color="D9DEE1"/>
            </w:tcBorders>
            <w:shd w:val="clear" w:color="auto" w:fill="F7F1E8"/>
            <w:tcMar>
              <w:top w:w="90" w:type="dxa"/>
              <w:left w:w="120" w:type="dxa"/>
              <w:bottom w:w="90" w:type="dxa"/>
              <w:right w:w="120" w:type="dxa"/>
            </w:tcMar>
            <w:vAlign w:val="center"/>
          </w:tcPr>
          <w:p w14:paraId="532434E6" w14:textId="77777777" w:rsidR="00B3042D" w:rsidRDefault="00000000">
            <w:r>
              <w:rPr>
                <w:b/>
              </w:rPr>
              <w:t>What would people honestly say about me today?</w:t>
            </w:r>
            <w:r>
              <w:rPr>
                <w:color w:val="586671"/>
                <w:sz w:val="17"/>
              </w:rPr>
              <w:br/>
            </w:r>
            <w:r w:rsidRPr="007B65DC">
              <w:rPr>
                <w:color w:val="auto"/>
                <w:szCs w:val="20"/>
              </w:rPr>
              <w:t>Consider your choices, habits, relationships, and the way people experience you.</w:t>
            </w:r>
          </w:p>
        </w:tc>
      </w:tr>
    </w:tbl>
    <w:p w14:paraId="4F627284" w14:textId="77777777" w:rsidR="00B3042D" w:rsidRDefault="00B3042D">
      <w:pPr>
        <w:spacing w:after="0"/>
      </w:pPr>
    </w:p>
    <w:p w14:paraId="0ED023C6" w14:textId="77777777" w:rsidR="00B3042D" w:rsidRDefault="00000000">
      <w:pPr>
        <w:keepLines/>
        <w:pBdr>
          <w:bottom w:val="single" w:sz="4" w:space="3" w:color="D9DEE1"/>
        </w:pBdr>
        <w:spacing w:before="57" w:after="0" w:line="240" w:lineRule="auto"/>
      </w:pPr>
      <w:r>
        <w:rPr>
          <w:color w:val="586671"/>
          <w:sz w:val="18"/>
        </w:rPr>
        <w:t xml:space="preserve"> </w:t>
      </w:r>
    </w:p>
    <w:p w14:paraId="61F91308" w14:textId="77777777" w:rsidR="00B3042D" w:rsidRDefault="00000000">
      <w:pPr>
        <w:keepLines/>
        <w:pBdr>
          <w:bottom w:val="single" w:sz="4" w:space="3" w:color="D9DEE1"/>
        </w:pBdr>
        <w:spacing w:before="57" w:after="0" w:line="240" w:lineRule="auto"/>
      </w:pPr>
      <w:r>
        <w:rPr>
          <w:color w:val="586671"/>
          <w:sz w:val="18"/>
        </w:rPr>
        <w:t xml:space="preserve"> </w:t>
      </w:r>
    </w:p>
    <w:tbl>
      <w:tblPr>
        <w:tblW w:w="0" w:type="auto"/>
        <w:tblLayout w:type="fixed"/>
        <w:tblLook w:val="04A0" w:firstRow="1" w:lastRow="0" w:firstColumn="1" w:lastColumn="0" w:noHBand="0" w:noVBand="1"/>
      </w:tblPr>
      <w:tblGrid>
        <w:gridCol w:w="605"/>
        <w:gridCol w:w="8755"/>
      </w:tblGrid>
      <w:tr w:rsidR="00B3042D" w14:paraId="1CD9D282" w14:textId="77777777">
        <w:tc>
          <w:tcPr>
            <w:tcW w:w="605" w:type="dxa"/>
            <w:tcBorders>
              <w:top w:val="single" w:sz="6" w:space="0" w:color="D9DEE1"/>
              <w:left w:val="single" w:sz="6" w:space="0" w:color="D9DEE1"/>
              <w:bottom w:val="single" w:sz="6" w:space="0" w:color="D9DEE1"/>
              <w:right w:val="single" w:sz="6" w:space="0" w:color="D9DEE1"/>
            </w:tcBorders>
            <w:shd w:val="clear" w:color="auto" w:fill="2C7169"/>
            <w:tcMar>
              <w:top w:w="90" w:type="dxa"/>
              <w:left w:w="120" w:type="dxa"/>
              <w:bottom w:w="90" w:type="dxa"/>
              <w:right w:w="120" w:type="dxa"/>
            </w:tcMar>
            <w:vAlign w:val="center"/>
          </w:tcPr>
          <w:p w14:paraId="2B5C0B46" w14:textId="77777777" w:rsidR="00B3042D" w:rsidRDefault="00000000">
            <w:pPr>
              <w:jc w:val="center"/>
            </w:pPr>
            <w:r>
              <w:rPr>
                <w:b/>
                <w:color w:val="FFFFFF"/>
                <w:sz w:val="24"/>
              </w:rPr>
              <w:t>2</w:t>
            </w:r>
          </w:p>
        </w:tc>
        <w:tc>
          <w:tcPr>
            <w:tcW w:w="8755" w:type="dxa"/>
            <w:tcBorders>
              <w:top w:val="single" w:sz="6" w:space="0" w:color="D9DEE1"/>
              <w:left w:val="single" w:sz="6" w:space="0" w:color="D9DEE1"/>
              <w:bottom w:val="single" w:sz="6" w:space="0" w:color="D9DEE1"/>
              <w:right w:val="single" w:sz="6" w:space="0" w:color="D9DEE1"/>
            </w:tcBorders>
            <w:shd w:val="clear" w:color="auto" w:fill="F7F1E8"/>
            <w:tcMar>
              <w:top w:w="90" w:type="dxa"/>
              <w:left w:w="120" w:type="dxa"/>
              <w:bottom w:w="90" w:type="dxa"/>
              <w:right w:w="120" w:type="dxa"/>
            </w:tcMar>
            <w:vAlign w:val="center"/>
          </w:tcPr>
          <w:p w14:paraId="05294F74" w14:textId="77777777" w:rsidR="00B3042D" w:rsidRDefault="00000000">
            <w:r>
              <w:rPr>
                <w:b/>
              </w:rPr>
              <w:t>What strengths and contributions would they remember?</w:t>
            </w:r>
            <w:r>
              <w:rPr>
                <w:color w:val="586671"/>
                <w:sz w:val="17"/>
              </w:rPr>
              <w:br/>
            </w:r>
            <w:r w:rsidRPr="007B65DC">
              <w:rPr>
                <w:color w:val="auto"/>
                <w:szCs w:val="20"/>
              </w:rPr>
              <w:t>Name the ways you have helped, protected, encouraged, provided, created, or persevered.</w:t>
            </w:r>
          </w:p>
        </w:tc>
      </w:tr>
    </w:tbl>
    <w:p w14:paraId="6B6D95FF" w14:textId="77777777" w:rsidR="00B3042D" w:rsidRDefault="00B3042D">
      <w:pPr>
        <w:spacing w:after="0"/>
      </w:pPr>
    </w:p>
    <w:p w14:paraId="6620507E" w14:textId="77777777" w:rsidR="00B3042D" w:rsidRDefault="00000000">
      <w:pPr>
        <w:keepLines/>
        <w:pBdr>
          <w:bottom w:val="single" w:sz="4" w:space="3" w:color="D9DEE1"/>
        </w:pBdr>
        <w:spacing w:before="57" w:after="0" w:line="240" w:lineRule="auto"/>
      </w:pPr>
      <w:r>
        <w:rPr>
          <w:color w:val="586671"/>
          <w:sz w:val="18"/>
        </w:rPr>
        <w:t xml:space="preserve"> </w:t>
      </w:r>
    </w:p>
    <w:p w14:paraId="00BCF188" w14:textId="77777777" w:rsidR="00B3042D" w:rsidRDefault="00000000">
      <w:pPr>
        <w:keepLines/>
        <w:pBdr>
          <w:bottom w:val="single" w:sz="4" w:space="3" w:color="D9DEE1"/>
        </w:pBdr>
        <w:spacing w:before="57" w:after="0" w:line="240" w:lineRule="auto"/>
      </w:pPr>
      <w:r>
        <w:rPr>
          <w:color w:val="586671"/>
          <w:sz w:val="18"/>
        </w:rPr>
        <w:t xml:space="preserve"> </w:t>
      </w:r>
    </w:p>
    <w:tbl>
      <w:tblPr>
        <w:tblW w:w="0" w:type="auto"/>
        <w:tblLayout w:type="fixed"/>
        <w:tblLook w:val="04A0" w:firstRow="1" w:lastRow="0" w:firstColumn="1" w:lastColumn="0" w:noHBand="0" w:noVBand="1"/>
      </w:tblPr>
      <w:tblGrid>
        <w:gridCol w:w="605"/>
        <w:gridCol w:w="8755"/>
      </w:tblGrid>
      <w:tr w:rsidR="00B3042D" w14:paraId="0C2D6FE2" w14:textId="77777777">
        <w:tc>
          <w:tcPr>
            <w:tcW w:w="605" w:type="dxa"/>
            <w:tcBorders>
              <w:top w:val="single" w:sz="6" w:space="0" w:color="D9DEE1"/>
              <w:left w:val="single" w:sz="6" w:space="0" w:color="D9DEE1"/>
              <w:bottom w:val="single" w:sz="6" w:space="0" w:color="D9DEE1"/>
              <w:right w:val="single" w:sz="6" w:space="0" w:color="D9DEE1"/>
            </w:tcBorders>
            <w:shd w:val="clear" w:color="auto" w:fill="2C7169"/>
            <w:tcMar>
              <w:top w:w="90" w:type="dxa"/>
              <w:left w:w="120" w:type="dxa"/>
              <w:bottom w:w="90" w:type="dxa"/>
              <w:right w:w="120" w:type="dxa"/>
            </w:tcMar>
            <w:vAlign w:val="center"/>
          </w:tcPr>
          <w:p w14:paraId="6B8A9644" w14:textId="77777777" w:rsidR="00B3042D" w:rsidRDefault="00000000">
            <w:pPr>
              <w:jc w:val="center"/>
            </w:pPr>
            <w:r>
              <w:rPr>
                <w:b/>
                <w:color w:val="FFFFFF"/>
                <w:sz w:val="24"/>
              </w:rPr>
              <w:t>3</w:t>
            </w:r>
          </w:p>
        </w:tc>
        <w:tc>
          <w:tcPr>
            <w:tcW w:w="8755" w:type="dxa"/>
            <w:tcBorders>
              <w:top w:val="single" w:sz="6" w:space="0" w:color="D9DEE1"/>
              <w:left w:val="single" w:sz="6" w:space="0" w:color="D9DEE1"/>
              <w:bottom w:val="single" w:sz="6" w:space="0" w:color="D9DEE1"/>
              <w:right w:val="single" w:sz="6" w:space="0" w:color="D9DEE1"/>
            </w:tcBorders>
            <w:shd w:val="clear" w:color="auto" w:fill="F7F1E8"/>
            <w:tcMar>
              <w:top w:w="90" w:type="dxa"/>
              <w:left w:w="120" w:type="dxa"/>
              <w:bottom w:w="90" w:type="dxa"/>
              <w:right w:w="120" w:type="dxa"/>
            </w:tcMar>
            <w:vAlign w:val="center"/>
          </w:tcPr>
          <w:p w14:paraId="3EB3A0D2" w14:textId="77777777" w:rsidR="00B3042D" w:rsidRDefault="00000000">
            <w:r>
              <w:rPr>
                <w:b/>
              </w:rPr>
              <w:t>What pain, disappointment, or unfinished business might remain?</w:t>
            </w:r>
            <w:r>
              <w:rPr>
                <w:color w:val="586671"/>
                <w:sz w:val="17"/>
              </w:rPr>
              <w:br/>
            </w:r>
            <w:r w:rsidRPr="007B65DC">
              <w:rPr>
                <w:color w:val="auto"/>
                <w:szCs w:val="20"/>
              </w:rPr>
              <w:t>Be honest without condemning yourself. Identify what may need accountability, repair, or closure.</w:t>
            </w:r>
          </w:p>
        </w:tc>
      </w:tr>
    </w:tbl>
    <w:p w14:paraId="4629F18A" w14:textId="77777777" w:rsidR="00B3042D" w:rsidRDefault="00B3042D">
      <w:pPr>
        <w:spacing w:after="0"/>
      </w:pPr>
    </w:p>
    <w:p w14:paraId="52241D10" w14:textId="77777777" w:rsidR="00B3042D" w:rsidRDefault="00000000">
      <w:pPr>
        <w:keepLines/>
        <w:pBdr>
          <w:bottom w:val="single" w:sz="4" w:space="3" w:color="D9DEE1"/>
        </w:pBdr>
        <w:spacing w:before="57" w:after="0" w:line="240" w:lineRule="auto"/>
      </w:pPr>
      <w:r>
        <w:rPr>
          <w:color w:val="586671"/>
          <w:sz w:val="18"/>
        </w:rPr>
        <w:t xml:space="preserve"> </w:t>
      </w:r>
    </w:p>
    <w:p w14:paraId="4E7BD829" w14:textId="77777777" w:rsidR="00B3042D" w:rsidRDefault="00000000">
      <w:pPr>
        <w:keepLines/>
        <w:pBdr>
          <w:bottom w:val="single" w:sz="4" w:space="3" w:color="D9DEE1"/>
        </w:pBdr>
        <w:spacing w:before="57" w:after="0" w:line="240" w:lineRule="auto"/>
      </w:pPr>
      <w:r>
        <w:rPr>
          <w:color w:val="586671"/>
          <w:sz w:val="18"/>
        </w:rPr>
        <w:t xml:space="preserve"> </w:t>
      </w:r>
    </w:p>
    <w:tbl>
      <w:tblPr>
        <w:tblW w:w="0" w:type="auto"/>
        <w:tblLayout w:type="fixed"/>
        <w:tblLook w:val="04A0" w:firstRow="1" w:lastRow="0" w:firstColumn="1" w:lastColumn="0" w:noHBand="0" w:noVBand="1"/>
      </w:tblPr>
      <w:tblGrid>
        <w:gridCol w:w="605"/>
        <w:gridCol w:w="8755"/>
      </w:tblGrid>
      <w:tr w:rsidR="00B3042D" w14:paraId="73B478D5" w14:textId="77777777">
        <w:tc>
          <w:tcPr>
            <w:tcW w:w="605" w:type="dxa"/>
            <w:tcBorders>
              <w:top w:val="single" w:sz="6" w:space="0" w:color="D9DEE1"/>
              <w:left w:val="single" w:sz="6" w:space="0" w:color="D9DEE1"/>
              <w:bottom w:val="single" w:sz="6" w:space="0" w:color="D9DEE1"/>
              <w:right w:val="single" w:sz="6" w:space="0" w:color="D9DEE1"/>
            </w:tcBorders>
            <w:shd w:val="clear" w:color="auto" w:fill="2C7169"/>
            <w:tcMar>
              <w:top w:w="90" w:type="dxa"/>
              <w:left w:w="120" w:type="dxa"/>
              <w:bottom w:w="90" w:type="dxa"/>
              <w:right w:w="120" w:type="dxa"/>
            </w:tcMar>
            <w:vAlign w:val="center"/>
          </w:tcPr>
          <w:p w14:paraId="00208593" w14:textId="77777777" w:rsidR="00B3042D" w:rsidRDefault="00000000">
            <w:pPr>
              <w:jc w:val="center"/>
            </w:pPr>
            <w:r>
              <w:rPr>
                <w:b/>
                <w:color w:val="FFFFFF"/>
                <w:sz w:val="24"/>
              </w:rPr>
              <w:t>4</w:t>
            </w:r>
          </w:p>
        </w:tc>
        <w:tc>
          <w:tcPr>
            <w:tcW w:w="8755" w:type="dxa"/>
            <w:tcBorders>
              <w:top w:val="single" w:sz="6" w:space="0" w:color="D9DEE1"/>
              <w:left w:val="single" w:sz="6" w:space="0" w:color="D9DEE1"/>
              <w:bottom w:val="single" w:sz="6" w:space="0" w:color="D9DEE1"/>
              <w:right w:val="single" w:sz="6" w:space="0" w:color="D9DEE1"/>
            </w:tcBorders>
            <w:shd w:val="clear" w:color="auto" w:fill="F7F1E8"/>
            <w:tcMar>
              <w:top w:w="90" w:type="dxa"/>
              <w:left w:w="120" w:type="dxa"/>
              <w:bottom w:w="90" w:type="dxa"/>
              <w:right w:w="120" w:type="dxa"/>
            </w:tcMar>
            <w:vAlign w:val="center"/>
          </w:tcPr>
          <w:p w14:paraId="7AB1025C" w14:textId="77777777" w:rsidR="00B3042D" w:rsidRDefault="00000000">
            <w:r>
              <w:rPr>
                <w:b/>
              </w:rPr>
              <w:t>How do I want to be remembered instead?</w:t>
            </w:r>
            <w:r>
              <w:rPr>
                <w:color w:val="586671"/>
                <w:sz w:val="17"/>
              </w:rPr>
              <w:br/>
            </w:r>
            <w:r w:rsidRPr="007B65DC">
              <w:rPr>
                <w:color w:val="auto"/>
                <w:szCs w:val="20"/>
              </w:rPr>
              <w:t>Describe the character, values, and impact you want your life to represent.</w:t>
            </w:r>
          </w:p>
        </w:tc>
      </w:tr>
    </w:tbl>
    <w:p w14:paraId="6D8C83E1" w14:textId="77777777" w:rsidR="00B3042D" w:rsidRDefault="00B3042D">
      <w:pPr>
        <w:spacing w:after="0"/>
      </w:pPr>
    </w:p>
    <w:p w14:paraId="42AC3C5C" w14:textId="77777777" w:rsidR="00B3042D" w:rsidRDefault="00000000">
      <w:pPr>
        <w:keepLines/>
        <w:pBdr>
          <w:bottom w:val="single" w:sz="4" w:space="3" w:color="D9DEE1"/>
        </w:pBdr>
        <w:spacing w:before="57" w:after="0" w:line="240" w:lineRule="auto"/>
      </w:pPr>
      <w:r>
        <w:rPr>
          <w:color w:val="586671"/>
          <w:sz w:val="18"/>
        </w:rPr>
        <w:t xml:space="preserve"> </w:t>
      </w:r>
    </w:p>
    <w:p w14:paraId="6494655E" w14:textId="77777777" w:rsidR="00B3042D" w:rsidRDefault="00000000">
      <w:pPr>
        <w:keepLines/>
        <w:pBdr>
          <w:bottom w:val="single" w:sz="4" w:space="3" w:color="D9DEE1"/>
        </w:pBdr>
        <w:spacing w:before="57" w:after="0" w:line="240" w:lineRule="auto"/>
      </w:pPr>
      <w:r>
        <w:rPr>
          <w:color w:val="586671"/>
          <w:sz w:val="18"/>
        </w:rPr>
        <w:t xml:space="preserve"> </w:t>
      </w:r>
    </w:p>
    <w:p w14:paraId="2C01C016" w14:textId="77777777" w:rsidR="00B3042D" w:rsidRDefault="00000000">
      <w:pPr>
        <w:spacing w:before="180" w:after="80"/>
      </w:pPr>
      <w:r>
        <w:rPr>
          <w:b/>
          <w:color w:val="F58220"/>
        </w:rPr>
        <w:t>BEFORE YOU WRITE</w:t>
      </w:r>
    </w:p>
    <w:p w14:paraId="5A32C5E9" w14:textId="7ABDD78C" w:rsidR="00B3042D" w:rsidRPr="007B65DC" w:rsidRDefault="00000000">
      <w:pPr>
        <w:spacing w:after="0"/>
        <w:rPr>
          <w:color w:val="auto"/>
          <w:szCs w:val="20"/>
        </w:rPr>
      </w:pPr>
      <w:r w:rsidRPr="007B65DC">
        <w:rPr>
          <w:color w:val="auto"/>
          <w:szCs w:val="20"/>
        </w:rPr>
        <w:t>Write in the third person, as though someone who knows you well is speaking</w:t>
      </w:r>
      <w:r w:rsidR="007B65DC" w:rsidRPr="007B65DC">
        <w:rPr>
          <w:color w:val="auto"/>
          <w:szCs w:val="20"/>
        </w:rPr>
        <w:t xml:space="preserve"> about you</w:t>
      </w:r>
      <w:r w:rsidRPr="007B65DC">
        <w:rPr>
          <w:color w:val="auto"/>
          <w:szCs w:val="20"/>
        </w:rPr>
        <w:t>. Include the roles you held, the values you demonstrated, the people you affected, the obstacles you faced, and the legacy you</w:t>
      </w:r>
      <w:r w:rsidR="007B65DC" w:rsidRPr="007B65DC">
        <w:rPr>
          <w:color w:val="auto"/>
          <w:szCs w:val="20"/>
        </w:rPr>
        <w:t xml:space="preserve"> </w:t>
      </w:r>
      <w:r w:rsidRPr="007B65DC">
        <w:rPr>
          <w:color w:val="auto"/>
          <w:szCs w:val="20"/>
        </w:rPr>
        <w:t>le</w:t>
      </w:r>
      <w:r w:rsidR="007B65DC" w:rsidRPr="007B65DC">
        <w:rPr>
          <w:color w:val="auto"/>
          <w:szCs w:val="20"/>
        </w:rPr>
        <w:t>ft</w:t>
      </w:r>
      <w:r w:rsidRPr="007B65DC">
        <w:rPr>
          <w:color w:val="auto"/>
          <w:szCs w:val="20"/>
        </w:rPr>
        <w:t>. Be truthful, specific, and compassionate.</w:t>
      </w:r>
    </w:p>
    <w:p w14:paraId="5D380CB0" w14:textId="4AA4C5D8" w:rsidR="00B3042D" w:rsidRDefault="00000000" w:rsidP="007B65DC">
      <w:r>
        <w:br w:type="page"/>
      </w:r>
    </w:p>
    <w:p w14:paraId="4A4BAA62" w14:textId="77777777" w:rsidR="00B3042D" w:rsidRDefault="00000000">
      <w:pPr>
        <w:pStyle w:val="Title"/>
        <w:jc w:val="center"/>
      </w:pPr>
      <w:r>
        <w:rPr>
          <w:rFonts w:ascii="Aptos" w:hAnsi="Aptos"/>
          <w:sz w:val="56"/>
        </w:rPr>
        <w:lastRenderedPageBreak/>
        <w:t>My Eulogy</w:t>
      </w:r>
    </w:p>
    <w:p w14:paraId="53D44166" w14:textId="77777777" w:rsidR="00B3042D" w:rsidRDefault="00000000">
      <w:pPr>
        <w:spacing w:after="200"/>
        <w:jc w:val="center"/>
      </w:pPr>
      <w:r>
        <w:rPr>
          <w:i/>
          <w:color w:val="2C7169"/>
          <w:sz w:val="22"/>
        </w:rPr>
        <w:t>The legacy I am choosing to build</w:t>
      </w:r>
    </w:p>
    <w:tbl>
      <w:tblPr>
        <w:tblW w:w="0" w:type="auto"/>
        <w:tblLayout w:type="fixed"/>
        <w:tblLook w:val="04A0" w:firstRow="1" w:lastRow="0" w:firstColumn="1" w:lastColumn="0" w:noHBand="0" w:noVBand="1"/>
      </w:tblPr>
      <w:tblGrid>
        <w:gridCol w:w="4680"/>
        <w:gridCol w:w="4680"/>
      </w:tblGrid>
      <w:tr w:rsidR="00B3042D" w14:paraId="147401A4" w14:textId="77777777">
        <w:tc>
          <w:tcPr>
            <w:tcW w:w="4680" w:type="dxa"/>
            <w:tcBorders>
              <w:bottom w:val="single" w:sz="7" w:space="0" w:color="586671"/>
            </w:tcBorders>
            <w:tcMar>
              <w:top w:w="80" w:type="dxa"/>
              <w:left w:w="80" w:type="dxa"/>
              <w:bottom w:w="80" w:type="dxa"/>
              <w:right w:w="80" w:type="dxa"/>
            </w:tcMar>
          </w:tcPr>
          <w:p w14:paraId="10DDD10E" w14:textId="77777777" w:rsidR="00B3042D" w:rsidRDefault="00000000">
            <w:r>
              <w:rPr>
                <w:b/>
                <w:color w:val="586671"/>
                <w:sz w:val="16"/>
              </w:rPr>
              <w:t xml:space="preserve">Name:  </w:t>
            </w:r>
            <w:r>
              <w:rPr>
                <w:color w:val="000000"/>
                <w:sz w:val="18"/>
              </w:rPr>
              <w:t xml:space="preserve"> </w:t>
            </w:r>
          </w:p>
        </w:tc>
        <w:tc>
          <w:tcPr>
            <w:tcW w:w="4680" w:type="dxa"/>
            <w:tcBorders>
              <w:bottom w:val="single" w:sz="7" w:space="0" w:color="586671"/>
            </w:tcBorders>
            <w:tcMar>
              <w:top w:w="80" w:type="dxa"/>
              <w:left w:w="80" w:type="dxa"/>
              <w:bottom w:w="80" w:type="dxa"/>
              <w:right w:w="80" w:type="dxa"/>
            </w:tcMar>
          </w:tcPr>
          <w:p w14:paraId="28A9C840" w14:textId="77777777" w:rsidR="00B3042D" w:rsidRDefault="00000000">
            <w:r>
              <w:rPr>
                <w:b/>
                <w:color w:val="586671"/>
                <w:sz w:val="16"/>
              </w:rPr>
              <w:t xml:space="preserve">Date:  </w:t>
            </w:r>
            <w:r>
              <w:rPr>
                <w:color w:val="000000"/>
                <w:sz w:val="18"/>
              </w:rPr>
              <w:t xml:space="preserve"> </w:t>
            </w:r>
          </w:p>
        </w:tc>
      </w:tr>
    </w:tbl>
    <w:p w14:paraId="416FA182" w14:textId="77777777" w:rsidR="00B3042D" w:rsidRDefault="00000000">
      <w:pPr>
        <w:spacing w:before="180" w:after="80"/>
      </w:pPr>
      <w:r>
        <w:rPr>
          <w:b/>
          <w:color w:val="E3272D"/>
        </w:rPr>
        <w:t>OPENING</w:t>
      </w:r>
    </w:p>
    <w:p w14:paraId="7293C327" w14:textId="77777777" w:rsidR="00B3042D" w:rsidRPr="007B65DC" w:rsidRDefault="00000000">
      <w:pPr>
        <w:rPr>
          <w:szCs w:val="20"/>
        </w:rPr>
      </w:pPr>
      <w:r w:rsidRPr="007B65DC">
        <w:rPr>
          <w:i/>
          <w:color w:val="auto"/>
          <w:szCs w:val="20"/>
        </w:rPr>
        <w:t>Begin with your name and the most important truth you want people to know about your life.</w:t>
      </w:r>
    </w:p>
    <w:p w14:paraId="29B2A196" w14:textId="77777777" w:rsidR="00B3042D" w:rsidRDefault="00000000">
      <w:pPr>
        <w:keepLines/>
        <w:pBdr>
          <w:bottom w:val="single" w:sz="4" w:space="3" w:color="D9DEE1"/>
        </w:pBdr>
        <w:spacing w:before="129" w:after="0" w:line="240" w:lineRule="auto"/>
      </w:pPr>
      <w:r>
        <w:rPr>
          <w:color w:val="586671"/>
          <w:sz w:val="18"/>
        </w:rPr>
        <w:t xml:space="preserve"> </w:t>
      </w:r>
    </w:p>
    <w:p w14:paraId="44EDB90E" w14:textId="77777777" w:rsidR="00B3042D" w:rsidRDefault="00000000">
      <w:pPr>
        <w:keepLines/>
        <w:pBdr>
          <w:bottom w:val="single" w:sz="4" w:space="3" w:color="D9DEE1"/>
        </w:pBdr>
        <w:spacing w:before="129" w:after="0" w:line="240" w:lineRule="auto"/>
      </w:pPr>
      <w:r>
        <w:rPr>
          <w:color w:val="586671"/>
          <w:sz w:val="18"/>
        </w:rPr>
        <w:t xml:space="preserve"> </w:t>
      </w:r>
    </w:p>
    <w:p w14:paraId="6EE12573" w14:textId="77777777" w:rsidR="00B3042D" w:rsidRDefault="00000000">
      <w:pPr>
        <w:keepLines/>
        <w:pBdr>
          <w:bottom w:val="single" w:sz="4" w:space="3" w:color="D9DEE1"/>
        </w:pBdr>
        <w:spacing w:before="129" w:after="0" w:line="240" w:lineRule="auto"/>
      </w:pPr>
      <w:r>
        <w:rPr>
          <w:color w:val="586671"/>
          <w:sz w:val="18"/>
        </w:rPr>
        <w:t xml:space="preserve"> </w:t>
      </w:r>
    </w:p>
    <w:p w14:paraId="4E66A509" w14:textId="77777777" w:rsidR="00B3042D" w:rsidRDefault="00000000">
      <w:pPr>
        <w:keepLines/>
        <w:pBdr>
          <w:bottom w:val="single" w:sz="4" w:space="3" w:color="D9DEE1"/>
        </w:pBdr>
        <w:spacing w:before="129" w:after="0" w:line="240" w:lineRule="auto"/>
      </w:pPr>
      <w:r>
        <w:rPr>
          <w:color w:val="586671"/>
          <w:sz w:val="18"/>
        </w:rPr>
        <w:t xml:space="preserve"> </w:t>
      </w:r>
    </w:p>
    <w:p w14:paraId="52D638A3" w14:textId="77777777" w:rsidR="00B3042D" w:rsidRDefault="00000000">
      <w:pPr>
        <w:keepLines/>
        <w:pBdr>
          <w:bottom w:val="single" w:sz="4" w:space="3" w:color="D9DEE1"/>
        </w:pBdr>
        <w:spacing w:before="129" w:after="0" w:line="240" w:lineRule="auto"/>
      </w:pPr>
      <w:r>
        <w:rPr>
          <w:color w:val="586671"/>
          <w:sz w:val="18"/>
        </w:rPr>
        <w:t xml:space="preserve"> </w:t>
      </w:r>
    </w:p>
    <w:p w14:paraId="7F47B468" w14:textId="77777777" w:rsidR="00B3042D" w:rsidRDefault="00000000">
      <w:pPr>
        <w:spacing w:before="180" w:after="80"/>
      </w:pPr>
      <w:r>
        <w:rPr>
          <w:b/>
          <w:color w:val="F58220"/>
        </w:rPr>
        <w:t>THE LIFE I LIVED</w:t>
      </w:r>
    </w:p>
    <w:p w14:paraId="7CE0E8E6" w14:textId="77777777" w:rsidR="00B3042D" w:rsidRPr="007B65DC" w:rsidRDefault="00000000">
      <w:pPr>
        <w:rPr>
          <w:color w:val="auto"/>
          <w:szCs w:val="20"/>
        </w:rPr>
      </w:pPr>
      <w:r w:rsidRPr="007B65DC">
        <w:rPr>
          <w:i/>
          <w:color w:val="auto"/>
          <w:szCs w:val="20"/>
        </w:rPr>
        <w:t>Describe your character, the roles you held, the challenges you faced, and the ways you affected others.</w:t>
      </w:r>
    </w:p>
    <w:p w14:paraId="5B53A7C7" w14:textId="77777777" w:rsidR="00B3042D" w:rsidRDefault="00000000">
      <w:pPr>
        <w:keepLines/>
        <w:pBdr>
          <w:bottom w:val="single" w:sz="4" w:space="3" w:color="D9DEE1"/>
        </w:pBdr>
        <w:spacing w:before="129" w:after="0" w:line="240" w:lineRule="auto"/>
      </w:pPr>
      <w:r>
        <w:rPr>
          <w:color w:val="586671"/>
          <w:sz w:val="18"/>
        </w:rPr>
        <w:t xml:space="preserve"> </w:t>
      </w:r>
    </w:p>
    <w:p w14:paraId="3358709C" w14:textId="77777777" w:rsidR="00B3042D" w:rsidRDefault="00000000">
      <w:pPr>
        <w:keepLines/>
        <w:pBdr>
          <w:bottom w:val="single" w:sz="4" w:space="3" w:color="D9DEE1"/>
        </w:pBdr>
        <w:spacing w:before="129" w:after="0" w:line="240" w:lineRule="auto"/>
      </w:pPr>
      <w:r>
        <w:rPr>
          <w:color w:val="586671"/>
          <w:sz w:val="18"/>
        </w:rPr>
        <w:t xml:space="preserve"> </w:t>
      </w:r>
    </w:p>
    <w:p w14:paraId="62E4D90D" w14:textId="77777777" w:rsidR="00B3042D" w:rsidRDefault="00000000">
      <w:pPr>
        <w:keepLines/>
        <w:pBdr>
          <w:bottom w:val="single" w:sz="4" w:space="3" w:color="D9DEE1"/>
        </w:pBdr>
        <w:spacing w:before="129" w:after="0" w:line="240" w:lineRule="auto"/>
      </w:pPr>
      <w:r>
        <w:rPr>
          <w:color w:val="586671"/>
          <w:sz w:val="18"/>
        </w:rPr>
        <w:t xml:space="preserve"> </w:t>
      </w:r>
    </w:p>
    <w:p w14:paraId="0067B366" w14:textId="77777777" w:rsidR="00B3042D" w:rsidRDefault="00000000">
      <w:pPr>
        <w:keepLines/>
        <w:pBdr>
          <w:bottom w:val="single" w:sz="4" w:space="3" w:color="D9DEE1"/>
        </w:pBdr>
        <w:spacing w:before="129" w:after="0" w:line="240" w:lineRule="auto"/>
      </w:pPr>
      <w:r>
        <w:rPr>
          <w:color w:val="586671"/>
          <w:sz w:val="18"/>
        </w:rPr>
        <w:t xml:space="preserve"> </w:t>
      </w:r>
    </w:p>
    <w:p w14:paraId="255A0435" w14:textId="77777777" w:rsidR="00B3042D" w:rsidRDefault="00000000">
      <w:pPr>
        <w:keepLines/>
        <w:pBdr>
          <w:bottom w:val="single" w:sz="4" w:space="3" w:color="D9DEE1"/>
        </w:pBdr>
        <w:spacing w:before="129" w:after="0" w:line="240" w:lineRule="auto"/>
      </w:pPr>
      <w:r>
        <w:rPr>
          <w:color w:val="586671"/>
          <w:sz w:val="18"/>
        </w:rPr>
        <w:t xml:space="preserve"> </w:t>
      </w:r>
    </w:p>
    <w:p w14:paraId="096028EB" w14:textId="77777777" w:rsidR="00B3042D" w:rsidRDefault="00000000">
      <w:pPr>
        <w:keepLines/>
        <w:pBdr>
          <w:bottom w:val="single" w:sz="4" w:space="3" w:color="D9DEE1"/>
        </w:pBdr>
        <w:spacing w:before="129" w:after="0" w:line="240" w:lineRule="auto"/>
      </w:pPr>
      <w:r>
        <w:rPr>
          <w:color w:val="586671"/>
          <w:sz w:val="18"/>
        </w:rPr>
        <w:t xml:space="preserve"> </w:t>
      </w:r>
    </w:p>
    <w:p w14:paraId="490E820F" w14:textId="77777777" w:rsidR="00B3042D" w:rsidRDefault="00000000">
      <w:pPr>
        <w:keepLines/>
        <w:pBdr>
          <w:bottom w:val="single" w:sz="4" w:space="3" w:color="D9DEE1"/>
        </w:pBdr>
        <w:spacing w:before="129" w:after="0" w:line="240" w:lineRule="auto"/>
      </w:pPr>
      <w:r>
        <w:rPr>
          <w:color w:val="586671"/>
          <w:sz w:val="18"/>
        </w:rPr>
        <w:t xml:space="preserve"> </w:t>
      </w:r>
    </w:p>
    <w:p w14:paraId="4CA04640" w14:textId="77777777" w:rsidR="00B3042D" w:rsidRDefault="00000000">
      <w:pPr>
        <w:keepLines/>
        <w:pBdr>
          <w:bottom w:val="single" w:sz="4" w:space="3" w:color="D9DEE1"/>
        </w:pBdr>
        <w:spacing w:before="129" w:after="0" w:line="240" w:lineRule="auto"/>
      </w:pPr>
      <w:r>
        <w:rPr>
          <w:color w:val="586671"/>
          <w:sz w:val="18"/>
        </w:rPr>
        <w:t xml:space="preserve"> </w:t>
      </w:r>
    </w:p>
    <w:p w14:paraId="3BB3E60F" w14:textId="77777777" w:rsidR="00B3042D" w:rsidRDefault="00000000">
      <w:pPr>
        <w:spacing w:before="180" w:after="80"/>
      </w:pPr>
      <w:r>
        <w:rPr>
          <w:b/>
          <w:color w:val="2C7169"/>
        </w:rPr>
        <w:t>THE LEGACY I LEAVE</w:t>
      </w:r>
    </w:p>
    <w:p w14:paraId="7F8D9AFF" w14:textId="402151A3" w:rsidR="00B3042D" w:rsidRPr="007B65DC" w:rsidRDefault="00000000">
      <w:pPr>
        <w:rPr>
          <w:color w:val="auto"/>
          <w:szCs w:val="20"/>
        </w:rPr>
      </w:pPr>
      <w:r w:rsidRPr="007B65DC">
        <w:rPr>
          <w:i/>
          <w:color w:val="auto"/>
          <w:szCs w:val="20"/>
        </w:rPr>
        <w:t xml:space="preserve">Close with the </w:t>
      </w:r>
      <w:r w:rsidR="007B65DC" w:rsidRPr="007B65DC">
        <w:rPr>
          <w:i/>
          <w:color w:val="auto"/>
          <w:szCs w:val="20"/>
        </w:rPr>
        <w:t xml:space="preserve">love, </w:t>
      </w:r>
      <w:r w:rsidRPr="007B65DC">
        <w:rPr>
          <w:i/>
          <w:color w:val="auto"/>
          <w:szCs w:val="20"/>
        </w:rPr>
        <w:t>lessons, service, change</w:t>
      </w:r>
      <w:r w:rsidR="007B65DC" w:rsidRPr="007B65DC">
        <w:rPr>
          <w:i/>
          <w:color w:val="auto"/>
          <w:szCs w:val="20"/>
        </w:rPr>
        <w:t>s</w:t>
      </w:r>
      <w:r w:rsidRPr="007B65DC">
        <w:rPr>
          <w:i/>
          <w:color w:val="auto"/>
          <w:szCs w:val="20"/>
        </w:rPr>
        <w:t>, or example</w:t>
      </w:r>
      <w:r w:rsidR="007B65DC" w:rsidRPr="007B65DC">
        <w:rPr>
          <w:i/>
          <w:color w:val="auto"/>
          <w:szCs w:val="20"/>
        </w:rPr>
        <w:t>s</w:t>
      </w:r>
      <w:r w:rsidRPr="007B65DC">
        <w:rPr>
          <w:i/>
          <w:color w:val="auto"/>
          <w:szCs w:val="20"/>
        </w:rPr>
        <w:t xml:space="preserve"> you want others to carry forward.</w:t>
      </w:r>
    </w:p>
    <w:p w14:paraId="768028C3" w14:textId="77777777" w:rsidR="00B3042D" w:rsidRDefault="00000000">
      <w:pPr>
        <w:keepLines/>
        <w:pBdr>
          <w:bottom w:val="single" w:sz="4" w:space="3" w:color="D9DEE1"/>
        </w:pBdr>
        <w:spacing w:before="129" w:after="0" w:line="240" w:lineRule="auto"/>
      </w:pPr>
      <w:r>
        <w:rPr>
          <w:color w:val="586671"/>
          <w:sz w:val="18"/>
        </w:rPr>
        <w:t xml:space="preserve"> </w:t>
      </w:r>
    </w:p>
    <w:p w14:paraId="2DA8B20F" w14:textId="77777777" w:rsidR="00B3042D" w:rsidRDefault="00000000">
      <w:pPr>
        <w:keepLines/>
        <w:pBdr>
          <w:bottom w:val="single" w:sz="4" w:space="3" w:color="D9DEE1"/>
        </w:pBdr>
        <w:spacing w:before="129" w:after="0" w:line="240" w:lineRule="auto"/>
      </w:pPr>
      <w:r>
        <w:rPr>
          <w:color w:val="586671"/>
          <w:sz w:val="18"/>
        </w:rPr>
        <w:t xml:space="preserve"> </w:t>
      </w:r>
    </w:p>
    <w:p w14:paraId="3BC3AE9C" w14:textId="77777777" w:rsidR="00B3042D" w:rsidRDefault="00000000">
      <w:pPr>
        <w:keepLines/>
        <w:pBdr>
          <w:bottom w:val="single" w:sz="4" w:space="3" w:color="D9DEE1"/>
        </w:pBdr>
        <w:spacing w:before="129" w:after="0" w:line="240" w:lineRule="auto"/>
      </w:pPr>
      <w:r>
        <w:rPr>
          <w:color w:val="586671"/>
          <w:sz w:val="18"/>
        </w:rPr>
        <w:t xml:space="preserve"> </w:t>
      </w:r>
    </w:p>
    <w:p w14:paraId="5D0E633F" w14:textId="77777777" w:rsidR="00B3042D" w:rsidRDefault="00000000">
      <w:pPr>
        <w:keepLines/>
        <w:pBdr>
          <w:bottom w:val="single" w:sz="4" w:space="3" w:color="D9DEE1"/>
        </w:pBdr>
        <w:spacing w:before="129" w:after="0" w:line="240" w:lineRule="auto"/>
      </w:pPr>
      <w:r>
        <w:rPr>
          <w:color w:val="586671"/>
          <w:sz w:val="18"/>
        </w:rPr>
        <w:t xml:space="preserve"> </w:t>
      </w:r>
    </w:p>
    <w:p w14:paraId="0C025A28" w14:textId="77777777" w:rsidR="00B3042D" w:rsidRDefault="00000000">
      <w:pPr>
        <w:keepLines/>
        <w:pBdr>
          <w:bottom w:val="single" w:sz="4" w:space="3" w:color="D9DEE1"/>
        </w:pBdr>
        <w:spacing w:before="129" w:after="0" w:line="240" w:lineRule="auto"/>
      </w:pPr>
      <w:r>
        <w:rPr>
          <w:color w:val="586671"/>
          <w:sz w:val="18"/>
        </w:rPr>
        <w:t xml:space="preserve"> </w:t>
      </w:r>
    </w:p>
    <w:p w14:paraId="51496415" w14:textId="77777777" w:rsidR="00B3042D" w:rsidRDefault="00000000">
      <w:pPr>
        <w:keepLines/>
        <w:pBdr>
          <w:bottom w:val="single" w:sz="4" w:space="3" w:color="D9DEE1"/>
        </w:pBdr>
        <w:spacing w:before="129" w:after="0" w:line="240" w:lineRule="auto"/>
      </w:pPr>
      <w:r>
        <w:rPr>
          <w:color w:val="586671"/>
          <w:sz w:val="18"/>
        </w:rPr>
        <w:t xml:space="preserve"> </w:t>
      </w:r>
    </w:p>
    <w:tbl>
      <w:tblPr>
        <w:tblW w:w="0" w:type="auto"/>
        <w:tblLook w:val="04A0" w:firstRow="1" w:lastRow="0" w:firstColumn="1" w:lastColumn="0" w:noHBand="0" w:noVBand="1"/>
      </w:tblPr>
      <w:tblGrid>
        <w:gridCol w:w="9994"/>
      </w:tblGrid>
      <w:tr w:rsidR="00B3042D" w14:paraId="6D0DF655" w14:textId="77777777">
        <w:tc>
          <w:tcPr>
            <w:tcW w:w="9994" w:type="dxa"/>
            <w:tcBorders>
              <w:top w:val="single" w:sz="8" w:space="0" w:color="2C7169"/>
              <w:left w:val="single" w:sz="8" w:space="0" w:color="2C7169"/>
              <w:bottom w:val="single" w:sz="8" w:space="0" w:color="2C7169"/>
              <w:right w:val="single" w:sz="8" w:space="0" w:color="2C7169"/>
            </w:tcBorders>
            <w:shd w:val="clear" w:color="auto" w:fill="E8F1EF"/>
            <w:tcMar>
              <w:top w:w="110" w:type="dxa"/>
              <w:left w:w="140" w:type="dxa"/>
              <w:bottom w:w="110" w:type="dxa"/>
              <w:right w:w="140" w:type="dxa"/>
            </w:tcMar>
          </w:tcPr>
          <w:p w14:paraId="2683518C" w14:textId="77777777" w:rsidR="00B3042D" w:rsidRDefault="00000000">
            <w:pPr>
              <w:jc w:val="center"/>
              <w:rPr>
                <w:color w:val="586671"/>
                <w:sz w:val="18"/>
              </w:rPr>
            </w:pPr>
            <w:r>
              <w:rPr>
                <w:b/>
                <w:color w:val="2C7169"/>
                <w:sz w:val="18"/>
              </w:rPr>
              <w:t>One action I will take now to live closer to this legacy</w:t>
            </w:r>
            <w:r>
              <w:rPr>
                <w:color w:val="586671"/>
                <w:sz w:val="18"/>
              </w:rPr>
              <w:br/>
              <w:t>_________________</w:t>
            </w:r>
            <w:r w:rsidR="007B65DC">
              <w:rPr>
                <w:color w:val="586671"/>
                <w:sz w:val="18"/>
              </w:rPr>
              <w:t>___________________________________</w:t>
            </w:r>
            <w:r>
              <w:rPr>
                <w:color w:val="586671"/>
                <w:sz w:val="18"/>
              </w:rPr>
              <w:t>_______________________________________________________________</w:t>
            </w:r>
          </w:p>
          <w:p w14:paraId="52C6D1E1" w14:textId="77777777" w:rsidR="007B65DC" w:rsidRDefault="007B65DC">
            <w:pPr>
              <w:jc w:val="center"/>
              <w:rPr>
                <w:color w:val="586671"/>
                <w:sz w:val="18"/>
              </w:rPr>
            </w:pPr>
            <w:r>
              <w:rPr>
                <w:color w:val="586671"/>
                <w:sz w:val="18"/>
              </w:rPr>
              <w:t>___________________________________________________________________________________________________________________</w:t>
            </w:r>
          </w:p>
          <w:p w14:paraId="07915246" w14:textId="4DB7465B" w:rsidR="007B65DC" w:rsidRDefault="007B65DC">
            <w:pPr>
              <w:jc w:val="center"/>
            </w:pPr>
            <w:r>
              <w:t>________________________________________________________________________________________________________</w:t>
            </w:r>
          </w:p>
        </w:tc>
      </w:tr>
    </w:tbl>
    <w:p w14:paraId="4BB00FD7" w14:textId="77777777" w:rsidR="002B41C7" w:rsidRDefault="002B41C7"/>
    <w:sectPr w:rsidR="002B41C7" w:rsidSect="00034616">
      <w:headerReference w:type="default" r:id="rId8"/>
      <w:footerReference w:type="default" r:id="rId9"/>
      <w:pgSz w:w="12240" w:h="15840"/>
      <w:pgMar w:top="1181" w:right="1123" w:bottom="835" w:left="1123" w:header="36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47EAB" w14:textId="77777777" w:rsidR="002B41C7" w:rsidRDefault="002B41C7">
      <w:pPr>
        <w:spacing w:after="0" w:line="240" w:lineRule="auto"/>
      </w:pPr>
      <w:r>
        <w:separator/>
      </w:r>
    </w:p>
  </w:endnote>
  <w:endnote w:type="continuationSeparator" w:id="0">
    <w:p w14:paraId="03FE87A4" w14:textId="77777777" w:rsidR="002B41C7" w:rsidRDefault="002B4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69E4" w14:textId="77777777" w:rsidR="00B3042D" w:rsidRDefault="00000000">
    <w:pPr>
      <w:pStyle w:val="Footer"/>
      <w:jc w:val="center"/>
    </w:pPr>
    <w:r>
      <w:rPr>
        <w:b/>
        <w:color w:val="2C7169"/>
        <w:sz w:val="14"/>
      </w:rPr>
      <w:t>M2M COHORT REFLECTION EXERCISE   |   MY EULOGY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7C453" w14:textId="77777777" w:rsidR="002B41C7" w:rsidRDefault="002B41C7">
      <w:pPr>
        <w:spacing w:after="0" w:line="240" w:lineRule="auto"/>
      </w:pPr>
      <w:r>
        <w:separator/>
      </w:r>
    </w:p>
  </w:footnote>
  <w:footnote w:type="continuationSeparator" w:id="0">
    <w:p w14:paraId="44B3CB68" w14:textId="77777777" w:rsidR="002B41C7" w:rsidRDefault="002B41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0FB01" w14:textId="77777777" w:rsidR="00B3042D" w:rsidRDefault="00B3042D">
    <w:pPr>
      <w:pStyle w:val="Header"/>
    </w:pPr>
  </w:p>
  <w:tbl>
    <w:tblPr>
      <w:tblW w:w="0" w:type="auto"/>
      <w:tblLayout w:type="fixed"/>
      <w:tblLook w:val="04A0" w:firstRow="1" w:lastRow="0" w:firstColumn="1" w:lastColumn="0" w:noHBand="0" w:noVBand="1"/>
    </w:tblPr>
    <w:tblGrid>
      <w:gridCol w:w="5040"/>
      <w:gridCol w:w="5040"/>
    </w:tblGrid>
    <w:tr w:rsidR="00B3042D" w14:paraId="165C4FFB" w14:textId="77777777">
      <w:tc>
        <w:tcPr>
          <w:tcW w:w="5040" w:type="dxa"/>
          <w:tcBorders>
            <w:bottom w:val="single" w:sz="8" w:space="0" w:color="F58220"/>
          </w:tcBorders>
          <w:tcMar>
            <w:top w:w="0" w:type="dxa"/>
            <w:left w:w="0" w:type="dxa"/>
            <w:bottom w:w="0" w:type="dxa"/>
            <w:right w:w="0" w:type="dxa"/>
          </w:tcMar>
        </w:tcPr>
        <w:p w14:paraId="703A2FCD" w14:textId="77777777" w:rsidR="00B3042D" w:rsidRDefault="00000000">
          <w:r>
            <w:rPr>
              <w:noProof/>
            </w:rPr>
            <w:drawing>
              <wp:inline distT="0" distB="0" distL="0" distR="0" wp14:anchorId="4F15341E" wp14:editId="7B7D491A">
                <wp:extent cx="438912" cy="4389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2m_logo.png"/>
                        <pic:cNvPicPr/>
                      </pic:nvPicPr>
                      <pic:blipFill>
                        <a:blip r:embed="rId1"/>
                        <a:stretch>
                          <a:fillRect/>
                        </a:stretch>
                      </pic:blipFill>
                      <pic:spPr>
                        <a:xfrm>
                          <a:off x="0" y="0"/>
                          <a:ext cx="438912" cy="438912"/>
                        </a:xfrm>
                        <a:prstGeom prst="rect">
                          <a:avLst/>
                        </a:prstGeom>
                      </pic:spPr>
                    </pic:pic>
                  </a:graphicData>
                </a:graphic>
              </wp:inline>
            </w:drawing>
          </w:r>
        </w:p>
      </w:tc>
      <w:tc>
        <w:tcPr>
          <w:tcW w:w="5040" w:type="dxa"/>
          <w:tcBorders>
            <w:bottom w:val="single" w:sz="8" w:space="0" w:color="F58220"/>
          </w:tcBorders>
          <w:tcMar>
            <w:top w:w="0" w:type="dxa"/>
            <w:left w:w="0" w:type="dxa"/>
            <w:bottom w:w="0" w:type="dxa"/>
            <w:right w:w="0" w:type="dxa"/>
          </w:tcMar>
        </w:tcPr>
        <w:p w14:paraId="0348AE88" w14:textId="77777777" w:rsidR="00B3042D" w:rsidRDefault="00000000">
          <w:pPr>
            <w:jc w:val="right"/>
          </w:pPr>
          <w:r>
            <w:rPr>
              <w:b/>
              <w:sz w:val="16"/>
            </w:rPr>
            <w:t>M2M RECOVERY PROJECT</w:t>
          </w:r>
          <w:r>
            <w:rPr>
              <w:color w:val="586671"/>
              <w:sz w:val="13"/>
            </w:rPr>
            <w:br/>
            <w:t>PEOPLE | PURPOSE | A STRONGER TOMORROW</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6049323">
    <w:abstractNumId w:val="8"/>
  </w:num>
  <w:num w:numId="2" w16cid:durableId="513419409">
    <w:abstractNumId w:val="6"/>
  </w:num>
  <w:num w:numId="3" w16cid:durableId="396975257">
    <w:abstractNumId w:val="5"/>
  </w:num>
  <w:num w:numId="4" w16cid:durableId="1688019000">
    <w:abstractNumId w:val="4"/>
  </w:num>
  <w:num w:numId="5" w16cid:durableId="651905151">
    <w:abstractNumId w:val="7"/>
  </w:num>
  <w:num w:numId="6" w16cid:durableId="1142693558">
    <w:abstractNumId w:val="3"/>
  </w:num>
  <w:num w:numId="7" w16cid:durableId="417137408">
    <w:abstractNumId w:val="2"/>
  </w:num>
  <w:num w:numId="8" w16cid:durableId="512303651">
    <w:abstractNumId w:val="1"/>
  </w:num>
  <w:num w:numId="9" w16cid:durableId="1602567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6E2B"/>
    <w:rsid w:val="0015074B"/>
    <w:rsid w:val="0029639D"/>
    <w:rsid w:val="002B41C7"/>
    <w:rsid w:val="00326F90"/>
    <w:rsid w:val="007B65DC"/>
    <w:rsid w:val="00AA1D8D"/>
    <w:rsid w:val="00B3042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DEC1EB"/>
  <w14:defaultImageDpi w14:val="300"/>
  <w15:docId w15:val="{D6601B10-DBA2-4250-A77D-4C733350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color w:val="111920"/>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40" w:line="240" w:lineRule="auto"/>
      <w:contextualSpacing/>
    </w:pPr>
    <w:rPr>
      <w:rFonts w:asciiTheme="majorHAnsi" w:eastAsiaTheme="majorEastAsia" w:hAnsiTheme="majorHAnsi" w:cstheme="majorBidi"/>
      <w:b/>
      <w:color w:val="000000"/>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Eulogy M2M Cohort Exercise</dc:title>
  <dc:subject>Guided legacy reflection and writing exercise</dc:subject>
  <dc:creator>M2M Recovery Project</dc:creator>
  <cp:keywords/>
  <dc:description>generated by python-docx</dc:description>
  <cp:lastModifiedBy>Tre Ward</cp:lastModifiedBy>
  <cp:revision>2</cp:revision>
  <dcterms:created xsi:type="dcterms:W3CDTF">2013-12-23T23:15:00Z</dcterms:created>
  <dcterms:modified xsi:type="dcterms:W3CDTF">2026-09-20T02:11:00Z</dcterms:modified>
  <cp:category/>
</cp:coreProperties>
</file>